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חירות, התחדשות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של חג הפסח כחג החירות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חירות אישית ועל אחריות כלפי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סמלים ומנהגים של ליל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לחגוג חירות ויציאה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חירות, התחדשות,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ארבע שאלות מיוחדות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 מי שרעב - יבוא ויאכל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מטרת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ההגדה היא הטקסט שקוראים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אוכלים מצות ומאכלים מיוחדים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הדף מציין קשר בין חירות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דווקא דוגמה טובה לחירות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(להיות חופשי ולבחור בעצמך)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(לחם מיוחד שאוכלים בפסח)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(שאלות ששואלים בליל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(עונה של פריחה והתחדשות)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(הזמנה לכל מי שצריך 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בהכנה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איסוף מוצרים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אלרגיות ורגישויות לפני 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צלחות וכרטיסי שלבים לסדר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להציג את החג בכיתה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לשלוח ברכת חג ולסכם את הפעילות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חירות קטנה ומוחשית מחיי התלמיד, בשפה ברורה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שלושה ערכים (כמו כבוד, אחריות, חברות) עם הסבר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שהחג מסמל חירות ויציאה לדרך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אישית ומוחשית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שחירות אמיתית כוללת גם דאגה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זה חירות עבור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לחלק הפתוח כדי לעודד שיתוף אישי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ההתאמה כעבודה בזוגות לפני המעבר למטלות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חירות, התחדשות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פסח הוא חג חשוב. בחג חושבים על חירות - זה אומר להיות חופשי. בדף נלמד מילים וסיפורים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חופשי, לא עבד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התחדשות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משהו חדש, כמו אביב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גם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ליל הסדר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הערב המיוחד שבו קוראים את ההגדה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שטוח שאוכלים בפסח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ארבע קושיות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ארבע שאלות ששואלים בליל הסדר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 דכפין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שאומרים שמזמינים כל מי שרעב לאכול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שקוראים בו בליל הסדר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חוגגים 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חירות ויציאה לדרך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לנקות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 מילים חשובות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חירות, התחדשות,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שמחה, עצב,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קיץ, חורף,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אוכל, שינה,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אוכלים בפסח במקום 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לחמנייה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ארבע קושיות?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 שאלות מיוחדות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מאכלים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 הביטוי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מי שרעב - יבוא ויאכל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מי שעשיר - יתרום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מי שגדול - ידבר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מי שצעיר - ישתוק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הוא חג שמסמל חירות ויציאה לחופש.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 הסדר קוראים מתוך ספר שנקרא הגדה.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 אוכלים רק עוגות מתוקות.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חירות קשורה גם לאחריות כלפי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לדבר על חירות אישית קטנה כמו הזכות לבחור.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הפסח מסמל __________ ויציאה לדרך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בליל הסדר שואלים __________ קושיות.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הלחם המיוחד שאוכלים בפסח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שקוראים בו בליל הסדר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חירות בלי __________ עלולה לפגוע באחרים.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וחג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ששואלים בליל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עונה של פריחה והתחדשות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ארבע קושיות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להיות חופשי ולבחור בעצמך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הזמנה לכל מי שצריך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דכפין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לחם מיוחד שאוכלים בפסח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בהכנה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אלרגיות ורגישויות לפני טעימה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להציג את החג בכיתה בכבוד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ברכת חג ולסכם את הפעילות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איסוף מוצרים לקהילה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צלחות וכרטיסי שלבים לסדר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מהי חירות קטנה שיש לכם בחיי היום-יום? (לדוגמה: לבחור, לשחק, ללמוד משהו שאתם אוהבים)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מכינים 'מזוודה' לדרך חדשה - אילו שלושה ערכים הייתם לוקחים איתכם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המרכזית של חג הפסח?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לחירות אישית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הקשר בין חירות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פסח – חירות, התחדשות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